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8527" w14:textId="77777777" w:rsidR="00E90B1F" w:rsidRDefault="00000000">
      <w:pPr>
        <w:spacing w:after="60" w:line="312" w:lineRule="auto"/>
        <w:jc w:val="center"/>
        <w:rPr>
          <w:lang w:eastAsia="zh-TW"/>
        </w:rPr>
      </w:pPr>
      <w:r>
        <w:rPr>
          <w:sz w:val="30"/>
          <w:lang w:eastAsia="zh-TW"/>
        </w:rPr>
        <w:t>香港東林淨土學院</w:t>
      </w:r>
    </w:p>
    <w:p w14:paraId="0E50F812" w14:textId="73F3195B" w:rsidR="00E90B1F" w:rsidRDefault="0052186D">
      <w:pPr>
        <w:pStyle w:val="1"/>
        <w:spacing w:before="0" w:after="108" w:line="312" w:lineRule="auto"/>
        <w:jc w:val="center"/>
        <w:rPr>
          <w:lang w:eastAsia="zh-TW"/>
        </w:rPr>
      </w:pPr>
      <w:r w:rsidRPr="0052186D">
        <w:rPr>
          <w:rFonts w:ascii="微軟正黑體" w:hAnsi="微軟正黑體" w:hint="eastAsia"/>
          <w:b w:val="0"/>
          <w:color w:val="111827"/>
          <w:sz w:val="36"/>
          <w:lang w:eastAsia="zh-TW"/>
        </w:rPr>
        <w:t>在職人士</w:t>
      </w:r>
      <w:r w:rsidR="00000000">
        <w:rPr>
          <w:rFonts w:ascii="微軟正黑體" w:hAnsi="微軟正黑體"/>
          <w:b w:val="0"/>
          <w:color w:val="111827"/>
          <w:sz w:val="36"/>
          <w:lang w:eastAsia="zh-TW"/>
        </w:rPr>
        <w:t>網課自修（觀看錄影）申請表</w:t>
      </w:r>
    </w:p>
    <w:p w14:paraId="53498847" w14:textId="77777777" w:rsidR="00E90B1F" w:rsidRDefault="00000000">
      <w:pPr>
        <w:spacing w:after="324" w:line="408" w:lineRule="auto"/>
        <w:jc w:val="center"/>
        <w:rPr>
          <w:lang w:eastAsia="zh-TW"/>
        </w:rPr>
      </w:pPr>
      <w:r>
        <w:rPr>
          <w:color w:val="6B7280"/>
          <w:sz w:val="18"/>
          <w:lang w:eastAsia="zh-TW"/>
        </w:rPr>
        <w:t>表單編號：Form3_V1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408"/>
      </w:tblGrid>
      <w:tr w:rsidR="00E90B1F" w14:paraId="193C1D0A" w14:textId="77777777" w:rsidTr="006D1922">
        <w:trPr>
          <w:trHeight w:val="544"/>
        </w:trPr>
        <w:tc>
          <w:tcPr>
            <w:tcW w:w="8640" w:type="dxa"/>
            <w:tcBorders>
              <w:top w:val="single" w:sz="6" w:space="0" w:color="F59E0B"/>
              <w:left w:val="single" w:sz="18" w:space="0" w:color="F59E0B"/>
              <w:bottom w:val="single" w:sz="6" w:space="0" w:color="F59E0B"/>
              <w:right w:val="single" w:sz="6" w:space="0" w:color="F59E0B"/>
            </w:tcBorders>
            <w:shd w:val="clear" w:color="auto" w:fill="FFFBE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6FDFF68" w14:textId="1EA32F9B" w:rsidR="00E90B1F" w:rsidRDefault="00000000">
            <w:pPr>
              <w:spacing w:before="77" w:after="77" w:line="240" w:lineRule="auto"/>
              <w:rPr>
                <w:lang w:eastAsia="zh-TW"/>
              </w:rPr>
            </w:pPr>
            <w:r>
              <w:rPr>
                <w:lang w:eastAsia="zh-TW"/>
              </w:rPr>
              <w:t>  ※ 本申請僅開放給有全職工作，無法參加實時</w:t>
            </w:r>
            <w:r w:rsidR="0052186D" w:rsidRPr="0052186D">
              <w:rPr>
                <w:rFonts w:hint="eastAsia"/>
                <w:lang w:eastAsia="zh-TW"/>
              </w:rPr>
              <w:t>課堂</w:t>
            </w:r>
            <w:r>
              <w:rPr>
                <w:lang w:eastAsia="zh-TW"/>
              </w:rPr>
              <w:t xml:space="preserve">之同學；考試、實修共修、研討課不適用自修模式。 </w:t>
            </w:r>
          </w:p>
        </w:tc>
      </w:tr>
    </w:tbl>
    <w:p w14:paraId="5F9B0D84" w14:textId="77777777" w:rsidR="00E90B1F" w:rsidRDefault="00000000">
      <w:pPr>
        <w:pStyle w:val="21"/>
        <w:pBdr>
          <w:bottom w:val="single" w:sz="12" w:space="3" w:color="2563EB"/>
        </w:pBdr>
        <w:spacing w:before="540" w:after="180" w:line="312" w:lineRule="auto"/>
      </w:pPr>
      <w:proofErr w:type="spellStart"/>
      <w:r>
        <w:rPr>
          <w:rFonts w:ascii="微軟正黑體" w:hAnsi="微軟正黑體"/>
          <w:b w:val="0"/>
          <w:color w:val="111827"/>
          <w:sz w:val="30"/>
        </w:rPr>
        <w:t>一、學生資料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2980"/>
        <w:gridCol w:w="1676"/>
        <w:gridCol w:w="2980"/>
      </w:tblGrid>
      <w:tr w:rsidR="00E90B1F" w14:paraId="7D9FA9C2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A625CE4" w14:textId="77777777" w:rsidR="00E90B1F" w:rsidRDefault="00000000">
            <w:pPr>
              <w:spacing w:before="77" w:after="77" w:line="240" w:lineRule="auto"/>
            </w:pPr>
            <w:r>
              <w:t>學生姓名</w:t>
            </w:r>
          </w:p>
        </w:tc>
        <w:tc>
          <w:tcPr>
            <w:tcW w:w="1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A926BCD" w14:textId="77777777" w:rsidR="00E90B1F" w:rsidRDefault="00000000">
            <w:pPr>
              <w:spacing w:before="77" w:after="77" w:line="240" w:lineRule="auto"/>
            </w:pPr>
            <w:bookmarkStart w:id="0" w:name="學生姓名_01"/>
            <w:r>
              <w:t> </w:t>
            </w:r>
            <w:bookmarkEnd w:id="0"/>
          </w:p>
        </w:tc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E3E4A33" w14:textId="77777777" w:rsidR="00E90B1F" w:rsidRDefault="00000000">
            <w:pPr>
              <w:spacing w:before="77" w:after="77" w:line="240" w:lineRule="auto"/>
            </w:pPr>
            <w:r>
              <w:t>學號</w:t>
            </w:r>
          </w:p>
        </w:tc>
        <w:tc>
          <w:tcPr>
            <w:tcW w:w="1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6B15F3F" w14:textId="77777777" w:rsidR="00E90B1F" w:rsidRDefault="00000000">
            <w:pPr>
              <w:spacing w:before="77" w:after="77" w:line="240" w:lineRule="auto"/>
            </w:pPr>
            <w:bookmarkStart w:id="1" w:name="學號_01"/>
            <w:r>
              <w:t> </w:t>
            </w:r>
            <w:bookmarkEnd w:id="1"/>
          </w:p>
        </w:tc>
      </w:tr>
      <w:tr w:rsidR="00E90B1F" w14:paraId="3C42EEB9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1406851" w14:textId="77777777" w:rsidR="00E90B1F" w:rsidRDefault="00000000">
            <w:pPr>
              <w:spacing w:before="77" w:after="77" w:line="240" w:lineRule="auto"/>
            </w:pPr>
            <w:r>
              <w:t>本申請適用學年</w:t>
            </w:r>
          </w:p>
        </w:tc>
        <w:tc>
          <w:tcPr>
            <w:tcW w:w="1600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EEEDA8B" w14:textId="77777777" w:rsidR="00E90B1F" w:rsidRDefault="00000000">
            <w:pPr>
              <w:spacing w:before="77" w:after="77" w:line="240" w:lineRule="auto"/>
            </w:pPr>
            <w:bookmarkStart w:id="2" w:name="本申請適用學年_01"/>
            <w:r>
              <w:t> </w:t>
            </w:r>
            <w:bookmarkEnd w:id="2"/>
          </w:p>
        </w:tc>
      </w:tr>
    </w:tbl>
    <w:p w14:paraId="48EF9968" w14:textId="12C8D6F7" w:rsidR="00E90B1F" w:rsidRDefault="00000000">
      <w:pPr>
        <w:spacing w:before="110" w:after="66" w:line="408" w:lineRule="auto"/>
        <w:rPr>
          <w:lang w:eastAsia="zh-TW"/>
        </w:rPr>
      </w:pPr>
      <w:r>
        <w:rPr>
          <w:lang w:eastAsia="zh-TW"/>
        </w:rPr>
        <w:t>申請理由（必須詳述工作情況，說明為何無法參與</w:t>
      </w:r>
      <w:r w:rsidR="0052186D" w:rsidRPr="0052186D">
        <w:rPr>
          <w:rFonts w:hint="eastAsia"/>
          <w:lang w:eastAsia="zh-TW"/>
        </w:rPr>
        <w:t>既定課程</w:t>
      </w:r>
      <w:r>
        <w:rPr>
          <w:lang w:eastAsia="zh-TW"/>
        </w:rPr>
        <w:t>）：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12"/>
      </w:tblGrid>
      <w:tr w:rsidR="00E90B1F" w14:paraId="799475A0" w14:textId="77777777">
        <w:trPr>
          <w:trHeight w:val="1600"/>
        </w:trPr>
        <w:tc>
          <w:tcPr>
            <w:tcW w:w="864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ADCF44A" w14:textId="77777777" w:rsidR="00E90B1F" w:rsidRDefault="00E90B1F">
            <w:pPr>
              <w:spacing w:before="77" w:after="77" w:line="240" w:lineRule="auto"/>
              <w:rPr>
                <w:lang w:eastAsia="zh-TW"/>
              </w:rPr>
            </w:pPr>
          </w:p>
        </w:tc>
      </w:tr>
    </w:tbl>
    <w:p w14:paraId="4F71648C" w14:textId="77777777" w:rsidR="00E90B1F" w:rsidRDefault="00000000">
      <w:pPr>
        <w:spacing w:before="110" w:after="66" w:line="408" w:lineRule="auto"/>
        <w:rPr>
          <w:lang w:eastAsia="zh-TW"/>
        </w:rPr>
      </w:pPr>
      <w:r>
        <w:rPr>
          <w:lang w:eastAsia="zh-TW"/>
        </w:rPr>
        <w:t>申請佐證：請貼上正式工作證明、公司信件等資料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12"/>
      </w:tblGrid>
      <w:tr w:rsidR="00E90B1F" w14:paraId="320C86F0" w14:textId="77777777">
        <w:trPr>
          <w:trHeight w:val="1600"/>
        </w:trPr>
        <w:tc>
          <w:tcPr>
            <w:tcW w:w="864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C2B3E94" w14:textId="77777777" w:rsidR="00E90B1F" w:rsidRDefault="00E90B1F">
            <w:pPr>
              <w:spacing w:before="77" w:after="77" w:line="240" w:lineRule="auto"/>
              <w:rPr>
                <w:lang w:eastAsia="zh-TW"/>
              </w:rPr>
            </w:pPr>
          </w:p>
        </w:tc>
      </w:tr>
    </w:tbl>
    <w:p w14:paraId="25A1707E" w14:textId="77777777" w:rsidR="00E90B1F" w:rsidRDefault="00E90B1F">
      <w:pPr>
        <w:rPr>
          <w:lang w:eastAsia="zh-TW"/>
        </w:rPr>
      </w:pPr>
    </w:p>
    <w:p w14:paraId="3D655A4E" w14:textId="77777777" w:rsidR="00E90B1F" w:rsidRDefault="00000000">
      <w:pPr>
        <w:pStyle w:val="21"/>
        <w:pBdr>
          <w:bottom w:val="single" w:sz="12" w:space="3" w:color="2563EB"/>
        </w:pBdr>
        <w:spacing w:before="540" w:after="180" w:line="312" w:lineRule="auto"/>
        <w:rPr>
          <w:lang w:eastAsia="zh-TW"/>
        </w:rPr>
      </w:pPr>
      <w:r>
        <w:rPr>
          <w:rFonts w:ascii="微軟正黑體" w:hAnsi="微軟正黑體"/>
          <w:b w:val="0"/>
          <w:color w:val="111827"/>
          <w:sz w:val="30"/>
          <w:lang w:eastAsia="zh-TW"/>
        </w:rPr>
        <w:t>二、本人清楚以下全部規則（申請人須閱讀確認打勾）</w:t>
      </w:r>
    </w:p>
    <w:p w14:paraId="74463594" w14:textId="77777777" w:rsidR="00E90B1F" w:rsidRPr="006D1922" w:rsidRDefault="00000000">
      <w:pPr>
        <w:spacing w:after="77" w:line="408" w:lineRule="auto"/>
        <w:rPr>
          <w:sz w:val="20"/>
          <w:szCs w:val="20"/>
          <w:lang w:eastAsia="zh-TW"/>
        </w:rPr>
      </w:pPr>
      <w:r w:rsidRPr="006D1922">
        <w:rPr>
          <w:sz w:val="20"/>
          <w:szCs w:val="20"/>
          <w:lang w:eastAsia="zh-TW"/>
        </w:rPr>
        <w:t>□ 1. 自修資格按學年申請，不會自動延續。</w:t>
      </w:r>
    </w:p>
    <w:p w14:paraId="44826766" w14:textId="77777777" w:rsidR="00E90B1F" w:rsidRPr="006D1922" w:rsidRDefault="00000000">
      <w:pPr>
        <w:spacing w:after="77" w:line="408" w:lineRule="auto"/>
        <w:rPr>
          <w:sz w:val="20"/>
          <w:szCs w:val="20"/>
          <w:lang w:eastAsia="zh-TW"/>
        </w:rPr>
      </w:pPr>
      <w:r w:rsidRPr="006D1922">
        <w:rPr>
          <w:sz w:val="20"/>
          <w:szCs w:val="20"/>
          <w:lang w:eastAsia="zh-TW"/>
        </w:rPr>
        <w:lastRenderedPageBreak/>
        <w:t>□ 2. 只可以觀看教務處發放的官方課堂錄影連結，錄影不可下載、轉發、分享予第三方。</w:t>
      </w:r>
    </w:p>
    <w:p w14:paraId="59C59EFA" w14:textId="77777777" w:rsidR="00E90B1F" w:rsidRPr="006D1922" w:rsidRDefault="00000000">
      <w:pPr>
        <w:spacing w:after="77" w:line="408" w:lineRule="auto"/>
        <w:rPr>
          <w:sz w:val="20"/>
          <w:szCs w:val="20"/>
          <w:lang w:eastAsia="zh-TW"/>
        </w:rPr>
      </w:pPr>
      <w:r w:rsidRPr="006D1922">
        <w:rPr>
          <w:sz w:val="20"/>
          <w:szCs w:val="20"/>
          <w:lang w:eastAsia="zh-TW"/>
        </w:rPr>
        <w:t>□ 3. 每一節獲准自修的課，必須在該課實時上完之後7個曆日之內完成觀看，並提交學習報告至"教學園地"該課堂的"作業"欄中。7日內沒有提交證據，視同該次課堂缺席，計入出席率統計。</w:t>
      </w:r>
    </w:p>
    <w:p w14:paraId="0D70BE61" w14:textId="77777777" w:rsidR="00E90B1F" w:rsidRPr="006D1922" w:rsidRDefault="00000000">
      <w:pPr>
        <w:spacing w:after="77" w:line="408" w:lineRule="auto"/>
        <w:rPr>
          <w:sz w:val="20"/>
          <w:szCs w:val="20"/>
          <w:lang w:eastAsia="zh-TW"/>
        </w:rPr>
      </w:pPr>
      <w:r w:rsidRPr="006D1922">
        <w:rPr>
          <w:sz w:val="20"/>
          <w:szCs w:val="20"/>
          <w:lang w:eastAsia="zh-TW"/>
        </w:rPr>
        <w:t>□ 4. 即使使用自修模式，仍然要滿足科目整科不少於80%總出席率，出席率不足80%，一般不可參加期末考核，成績記F。</w:t>
      </w:r>
    </w:p>
    <w:p w14:paraId="394455BF" w14:textId="77777777" w:rsidR="00E90B1F" w:rsidRPr="006D1922" w:rsidRDefault="00000000">
      <w:pPr>
        <w:spacing w:after="77" w:line="408" w:lineRule="auto"/>
        <w:rPr>
          <w:sz w:val="20"/>
          <w:szCs w:val="20"/>
          <w:lang w:eastAsia="zh-TW"/>
        </w:rPr>
      </w:pPr>
      <w:r w:rsidRPr="006D1922">
        <w:rPr>
          <w:sz w:val="20"/>
          <w:szCs w:val="20"/>
          <w:lang w:eastAsia="zh-TW"/>
        </w:rPr>
        <w:t>□ 5. 自修模式不等於可以無限請假；遇到生病、突發事件，仍然需要另外提交請假申請表。</w:t>
      </w:r>
    </w:p>
    <w:p w14:paraId="0D9A574F" w14:textId="77777777" w:rsidR="00E90B1F" w:rsidRPr="006D1922" w:rsidRDefault="00000000">
      <w:pPr>
        <w:spacing w:after="77" w:line="408" w:lineRule="auto"/>
        <w:rPr>
          <w:sz w:val="20"/>
          <w:szCs w:val="20"/>
          <w:lang w:eastAsia="zh-TW"/>
        </w:rPr>
      </w:pPr>
      <w:r w:rsidRPr="006D1922">
        <w:rPr>
          <w:sz w:val="20"/>
          <w:szCs w:val="20"/>
          <w:lang w:eastAsia="zh-TW"/>
        </w:rPr>
        <w:t>□ 6. 學院有權隨機抽查自修證據；如發現偽造自修證據，視為違規處理。</w:t>
      </w:r>
    </w:p>
    <w:p w14:paraId="751419C8" w14:textId="77777777" w:rsidR="00E90B1F" w:rsidRPr="006D1922" w:rsidRDefault="00000000">
      <w:pPr>
        <w:spacing w:after="77" w:line="408" w:lineRule="auto"/>
        <w:rPr>
          <w:sz w:val="20"/>
          <w:szCs w:val="20"/>
          <w:lang w:eastAsia="zh-TW"/>
        </w:rPr>
      </w:pPr>
      <w:r w:rsidRPr="006D1922">
        <w:rPr>
          <w:sz w:val="20"/>
          <w:szCs w:val="20"/>
          <w:lang w:eastAsia="zh-TW"/>
        </w:rPr>
        <w:t>□ 7. 課後作業安排仍需按教師公布時間繳交，除有特殊理由，不得延遲。</w:t>
      </w:r>
    </w:p>
    <w:p w14:paraId="1F2E14AE" w14:textId="77777777" w:rsidR="00E90B1F" w:rsidRDefault="00000000">
      <w:pPr>
        <w:pStyle w:val="21"/>
        <w:pBdr>
          <w:bottom w:val="single" w:sz="12" w:space="3" w:color="2563EB"/>
        </w:pBdr>
        <w:spacing w:before="540" w:after="180" w:line="312" w:lineRule="auto"/>
        <w:rPr>
          <w:lang w:eastAsia="zh-TW"/>
        </w:rPr>
      </w:pPr>
      <w:r>
        <w:rPr>
          <w:rFonts w:ascii="微軟正黑體" w:hAnsi="微軟正黑體"/>
          <w:b w:val="0"/>
          <w:color w:val="111827"/>
          <w:sz w:val="30"/>
          <w:lang w:eastAsia="zh-TW"/>
        </w:rPr>
        <w:t>三、上傳自修完成資訊</w:t>
      </w:r>
    </w:p>
    <w:p w14:paraId="45DC16FA" w14:textId="77777777" w:rsidR="00E90B1F" w:rsidRDefault="00000000">
      <w:pPr>
        <w:spacing w:after="77" w:line="408" w:lineRule="auto"/>
        <w:rPr>
          <w:lang w:eastAsia="zh-TW"/>
        </w:rPr>
      </w:pPr>
      <w:r>
        <w:rPr>
          <w:lang w:eastAsia="zh-TW"/>
        </w:rPr>
        <w:t>1. 批准之後教務處記錄該學生自修資格。</w:t>
      </w:r>
    </w:p>
    <w:p w14:paraId="276A3E67" w14:textId="75E81662" w:rsidR="00E90B1F" w:rsidRDefault="00000000">
      <w:pPr>
        <w:spacing w:after="77" w:line="408" w:lineRule="auto"/>
        <w:rPr>
          <w:lang w:eastAsia="zh-TW"/>
        </w:rPr>
      </w:pPr>
      <w:r>
        <w:rPr>
          <w:lang w:eastAsia="zh-TW"/>
        </w:rPr>
        <w:t>2. 課堂錄影鏈接會在學院網站"教學園地"每堂課中顯示，學生</w:t>
      </w:r>
      <w:r w:rsidR="006D1922" w:rsidRPr="006D1922">
        <w:rPr>
          <w:rFonts w:hint="eastAsia"/>
          <w:lang w:eastAsia="zh-TW"/>
        </w:rPr>
        <w:t>須</w:t>
      </w:r>
      <w:r>
        <w:rPr>
          <w:lang w:eastAsia="zh-TW"/>
        </w:rPr>
        <w:t>在7日內學習並在該堂課"作業"中上傳300-</w:t>
      </w:r>
      <w:r w:rsidR="006D1922">
        <w:rPr>
          <w:rFonts w:eastAsia="SimSun" w:hint="eastAsia"/>
          <w:lang w:eastAsia="zh-TW"/>
        </w:rPr>
        <w:t>5</w:t>
      </w:r>
      <w:r>
        <w:rPr>
          <w:lang w:eastAsia="zh-TW"/>
        </w:rPr>
        <w:t>00字的修學筆記；</w:t>
      </w:r>
      <w:r w:rsidR="006D1922" w:rsidRPr="006D1922">
        <w:rPr>
          <w:rFonts w:hint="eastAsia"/>
          <w:lang w:eastAsia="zh-TW"/>
        </w:rPr>
        <w:t>教務</w:t>
      </w:r>
      <w:r>
        <w:rPr>
          <w:lang w:eastAsia="zh-TW"/>
        </w:rPr>
        <w:t>人員負責核對、登記入出席總表。</w:t>
      </w:r>
    </w:p>
    <w:p w14:paraId="31E8B722" w14:textId="77777777" w:rsidR="00E90B1F" w:rsidRPr="006D1922" w:rsidRDefault="00000000">
      <w:pPr>
        <w:pStyle w:val="31"/>
        <w:spacing w:before="260" w:after="104" w:line="312" w:lineRule="auto"/>
        <w:rPr>
          <w:sz w:val="18"/>
          <w:szCs w:val="18"/>
          <w:lang w:eastAsia="zh-TW"/>
        </w:rPr>
      </w:pPr>
      <w:r w:rsidRPr="006D1922">
        <w:rPr>
          <w:rFonts w:ascii="微軟正黑體" w:hAnsi="微軟正黑體"/>
          <w:b w:val="0"/>
          <w:color w:val="111827"/>
          <w:sz w:val="18"/>
          <w:szCs w:val="18"/>
          <w:lang w:eastAsia="zh-TW"/>
        </w:rPr>
        <w:t>備註</w:t>
      </w:r>
    </w:p>
    <w:p w14:paraId="47C6524B" w14:textId="77777777" w:rsidR="00E90B1F" w:rsidRPr="006D1922" w:rsidRDefault="00000000">
      <w:pPr>
        <w:spacing w:after="77" w:line="408" w:lineRule="auto"/>
        <w:rPr>
          <w:sz w:val="18"/>
          <w:szCs w:val="18"/>
          <w:lang w:eastAsia="zh-TW"/>
        </w:rPr>
      </w:pPr>
      <w:r w:rsidRPr="006D1922">
        <w:rPr>
          <w:sz w:val="18"/>
          <w:szCs w:val="18"/>
          <w:lang w:eastAsia="zh-TW"/>
        </w:rPr>
        <w:t>1. 請下載本申請表，填寫後清晰掃描，用電郵發到本院教務處：institute@tunglumpl.org。</w:t>
      </w:r>
    </w:p>
    <w:p w14:paraId="1E4FD0E7" w14:textId="77777777" w:rsidR="00E90B1F" w:rsidRPr="006D1922" w:rsidRDefault="00000000">
      <w:pPr>
        <w:spacing w:after="77" w:line="408" w:lineRule="auto"/>
        <w:rPr>
          <w:sz w:val="18"/>
          <w:szCs w:val="18"/>
          <w:lang w:eastAsia="zh-TW"/>
        </w:rPr>
      </w:pPr>
      <w:r w:rsidRPr="006D1922">
        <w:rPr>
          <w:sz w:val="18"/>
          <w:szCs w:val="18"/>
          <w:lang w:eastAsia="zh-TW"/>
        </w:rPr>
        <w:t>2. 學院審批完畢，申請表掃描件存入學生個人檔案。</w:t>
      </w:r>
    </w:p>
    <w:tbl>
      <w:tblPr>
        <w:tblW w:w="4836" w:type="pct"/>
        <w:tblLook w:val="04A0" w:firstRow="1" w:lastRow="0" w:firstColumn="1" w:lastColumn="0" w:noHBand="0" w:noVBand="1"/>
      </w:tblPr>
      <w:tblGrid>
        <w:gridCol w:w="6"/>
        <w:gridCol w:w="1692"/>
        <w:gridCol w:w="3009"/>
        <w:gridCol w:w="1629"/>
        <w:gridCol w:w="2763"/>
      </w:tblGrid>
      <w:tr w:rsidR="006D1922" w:rsidRPr="006D1922" w14:paraId="6DBA2CC3" w14:textId="77777777" w:rsidTr="006D1922">
        <w:tc>
          <w:tcPr>
            <w:tcW w:w="9099" w:type="dxa"/>
            <w:gridSpan w:val="5"/>
            <w:tcBorders>
              <w:top w:val="single" w:sz="6" w:space="0" w:color="D1D5DB"/>
              <w:left w:val="single" w:sz="6" w:space="0" w:color="D1D5DB"/>
              <w:bottom w:val="single" w:sz="6" w:space="0" w:color="D1D5DB"/>
            </w:tcBorders>
            <w:shd w:val="clear" w:color="auto" w:fill="F3F4F6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0DF698" w14:textId="77777777" w:rsidR="006D1922" w:rsidRDefault="006D1922">
            <w:pPr>
              <w:spacing w:before="77" w:after="77" w:line="240" w:lineRule="auto"/>
              <w:rPr>
                <w:lang w:eastAsia="zh-TW"/>
              </w:rPr>
            </w:pPr>
            <w:r>
              <w:rPr>
                <w:lang w:eastAsia="zh-TW"/>
              </w:rPr>
              <w:t>申請人聲明：本人已閱讀、明白及同意以上全部條款，所填寫資料真實無訛。</w:t>
            </w:r>
          </w:p>
        </w:tc>
      </w:tr>
      <w:tr w:rsidR="006D1922" w14:paraId="42A6AE65" w14:textId="77777777" w:rsidTr="006D1922">
        <w:trPr>
          <w:gridBefore w:val="1"/>
          <w:wBefore w:w="6" w:type="dxa"/>
        </w:trPr>
        <w:tc>
          <w:tcPr>
            <w:tcW w:w="169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A54254F" w14:textId="77777777" w:rsidR="006D1922" w:rsidRDefault="006D1922">
            <w:pPr>
              <w:spacing w:before="77" w:after="77" w:line="240" w:lineRule="auto"/>
            </w:pPr>
            <w:proofErr w:type="spellStart"/>
            <w:r>
              <w:t>學生簽名</w:t>
            </w:r>
            <w:proofErr w:type="spellEnd"/>
          </w:p>
        </w:tc>
        <w:tc>
          <w:tcPr>
            <w:tcW w:w="300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92813E7" w14:textId="77777777" w:rsidR="006D1922" w:rsidRDefault="006D1922">
            <w:pPr>
              <w:spacing w:before="77" w:after="77" w:line="240" w:lineRule="auto"/>
            </w:pPr>
            <w:bookmarkStart w:id="3" w:name="學生簽名_01"/>
            <w:r>
              <w:t> </w:t>
            </w:r>
            <w:bookmarkEnd w:id="3"/>
          </w:p>
        </w:tc>
        <w:tc>
          <w:tcPr>
            <w:tcW w:w="162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631A72F" w14:textId="77777777" w:rsidR="006D1922" w:rsidRDefault="006D1922">
            <w:pPr>
              <w:spacing w:before="77" w:after="77" w:line="240" w:lineRule="auto"/>
            </w:pPr>
            <w:proofErr w:type="spellStart"/>
            <w:r>
              <w:t>日期</w:t>
            </w:r>
            <w:proofErr w:type="spellEnd"/>
          </w:p>
        </w:tc>
        <w:tc>
          <w:tcPr>
            <w:tcW w:w="2763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vAlign w:val="center"/>
          </w:tcPr>
          <w:p w14:paraId="01905459" w14:textId="1516C935" w:rsidR="006D1922" w:rsidRDefault="006D1922">
            <w:pPr>
              <w:spacing w:before="77" w:after="77" w:line="240" w:lineRule="auto"/>
            </w:pPr>
          </w:p>
        </w:tc>
      </w:tr>
    </w:tbl>
    <w:p w14:paraId="0F7D24B6" w14:textId="77777777" w:rsidR="00E90B1F" w:rsidRDefault="00E90B1F"/>
    <w:p w14:paraId="4EF604FA" w14:textId="77777777" w:rsidR="00E90B1F" w:rsidRDefault="00000000">
      <w:pPr>
        <w:spacing w:before="270" w:after="90" w:line="408" w:lineRule="auto"/>
        <w:jc w:val="center"/>
        <w:rPr>
          <w:lang w:eastAsia="zh-TW"/>
        </w:rPr>
      </w:pPr>
      <w:r>
        <w:rPr>
          <w:color w:val="6B7280"/>
          <w:sz w:val="18"/>
          <w:lang w:eastAsia="zh-TW"/>
        </w:rPr>
        <w:t>————【內部審批，學生勿填】————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2546"/>
        <w:gridCol w:w="2546"/>
        <w:gridCol w:w="2544"/>
      </w:tblGrid>
      <w:tr w:rsidR="00E90B1F" w14:paraId="749A383F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F29C0C3" w14:textId="77777777" w:rsidR="00E90B1F" w:rsidRDefault="00000000">
            <w:pPr>
              <w:spacing w:before="77" w:after="77" w:line="240" w:lineRule="auto"/>
            </w:pPr>
            <w:proofErr w:type="spellStart"/>
            <w:r>
              <w:t>教務處批核</w:t>
            </w:r>
            <w:proofErr w:type="spellEnd"/>
          </w:p>
        </w:tc>
        <w:tc>
          <w:tcPr>
            <w:tcW w:w="1367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FD4DFCB" w14:textId="77777777" w:rsidR="00E90B1F" w:rsidRDefault="00000000">
            <w:pPr>
              <w:spacing w:before="77" w:after="77" w:line="240" w:lineRule="auto"/>
              <w:rPr>
                <w:lang w:eastAsia="zh-TW"/>
              </w:rPr>
            </w:pPr>
            <w:r>
              <w:rPr>
                <w:lang w:eastAsia="zh-TW"/>
              </w:rPr>
              <w:t>□  批准網課自修資格　　 □  不批准</w:t>
            </w:r>
          </w:p>
        </w:tc>
      </w:tr>
      <w:tr w:rsidR="00E90B1F" w14:paraId="328B8A54" w14:textId="77777777" w:rsidTr="006D1922">
        <w:trPr>
          <w:trHeight w:val="553"/>
        </w:trPr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B6CD05B" w14:textId="77777777" w:rsidR="00E90B1F" w:rsidRDefault="00000000">
            <w:pPr>
              <w:spacing w:before="77" w:after="77" w:line="240" w:lineRule="auto"/>
            </w:pPr>
            <w:proofErr w:type="spellStart"/>
            <w:r>
              <w:lastRenderedPageBreak/>
              <w:t>意見</w:t>
            </w:r>
            <w:proofErr w:type="spellEnd"/>
          </w:p>
        </w:tc>
        <w:tc>
          <w:tcPr>
            <w:tcW w:w="1367" w:type="pct"/>
            <w:gridSpan w:val="3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8821C7B" w14:textId="77777777" w:rsidR="00E90B1F" w:rsidRDefault="00000000">
            <w:pPr>
              <w:spacing w:before="77" w:after="77" w:line="240" w:lineRule="auto"/>
            </w:pPr>
            <w:bookmarkStart w:id="4" w:name="意見_01"/>
            <w:r>
              <w:t> </w:t>
            </w:r>
            <w:bookmarkEnd w:id="4"/>
          </w:p>
        </w:tc>
      </w:tr>
      <w:tr w:rsidR="00E90B1F" w14:paraId="249CF993" w14:textId="77777777">
        <w:tc>
          <w:tcPr>
            <w:tcW w:w="9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E4684DE" w14:textId="77777777" w:rsidR="00E90B1F" w:rsidRDefault="00000000">
            <w:pPr>
              <w:spacing w:before="77" w:after="77" w:line="240" w:lineRule="auto"/>
            </w:pPr>
            <w:r>
              <w:t>簽名</w:t>
            </w:r>
          </w:p>
        </w:tc>
        <w:tc>
          <w:tcPr>
            <w:tcW w:w="1367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2641602" w14:textId="77777777" w:rsidR="00E90B1F" w:rsidRDefault="00000000">
            <w:pPr>
              <w:spacing w:before="77" w:after="77" w:line="240" w:lineRule="auto"/>
            </w:pPr>
            <w:bookmarkStart w:id="5" w:name="簽名_01"/>
            <w:r>
              <w:t> </w:t>
            </w:r>
            <w:bookmarkEnd w:id="5"/>
          </w:p>
        </w:tc>
        <w:tc>
          <w:tcPr>
            <w:tcW w:w="1367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4AD3101" w14:textId="77777777" w:rsidR="00E90B1F" w:rsidRDefault="00000000">
            <w:pPr>
              <w:spacing w:before="77" w:after="77" w:line="240" w:lineRule="auto"/>
            </w:pPr>
            <w:r>
              <w:t>日期</w:t>
            </w:r>
          </w:p>
        </w:tc>
        <w:tc>
          <w:tcPr>
            <w:tcW w:w="1367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33DCAE0" w14:textId="77777777" w:rsidR="00E90B1F" w:rsidRDefault="00000000">
            <w:pPr>
              <w:spacing w:before="77" w:after="77" w:line="240" w:lineRule="auto"/>
            </w:pPr>
            <w:bookmarkStart w:id="6" w:name="日期_02"/>
            <w:r>
              <w:t> </w:t>
            </w:r>
            <w:bookmarkEnd w:id="6"/>
          </w:p>
        </w:tc>
      </w:tr>
    </w:tbl>
    <w:p w14:paraId="351F3C2B" w14:textId="77777777" w:rsidR="00E90B1F" w:rsidRDefault="00E90B1F"/>
    <w:sectPr w:rsidR="00E90B1F" w:rsidSect="00034616">
      <w:footerReference w:type="default" r:id="rId8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ED9C" w14:textId="77777777" w:rsidR="00E8221F" w:rsidRDefault="00E8221F">
      <w:pPr>
        <w:spacing w:after="0" w:line="240" w:lineRule="auto"/>
      </w:pPr>
      <w:r>
        <w:separator/>
      </w:r>
    </w:p>
  </w:endnote>
  <w:endnote w:type="continuationSeparator" w:id="0">
    <w:p w14:paraId="33BECE0D" w14:textId="77777777" w:rsidR="00E8221F" w:rsidRDefault="00E8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800000EB" w:usb1="380160EA" w:usb2="144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D655" w14:textId="77777777" w:rsidR="00E90B1F" w:rsidRDefault="00000000">
    <w:pPr>
      <w:pStyle w:val="a7"/>
      <w:tabs>
        <w:tab w:val="center" w:pos="4536"/>
        <w:tab w:val="right" w:pos="9072"/>
      </w:tabs>
    </w:pPr>
    <w:r>
      <w:tab/>
    </w:r>
    <w:r>
      <w:fldChar w:fldCharType="begin"/>
    </w:r>
    <w:r>
      <w:instrText>PAGE</w:instrText>
    </w:r>
    <w:r>
      <w:fldChar w:fldCharType="separate"/>
    </w:r>
    <w:r w:rsidR="006D1922">
      <w:rPr>
        <w:noProof/>
      </w:rPr>
      <w:t>1</w:t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D37CA" w14:textId="77777777" w:rsidR="00E8221F" w:rsidRDefault="00E8221F">
      <w:pPr>
        <w:spacing w:after="0" w:line="240" w:lineRule="auto"/>
      </w:pPr>
      <w:r>
        <w:separator/>
      </w:r>
    </w:p>
  </w:footnote>
  <w:footnote w:type="continuationSeparator" w:id="0">
    <w:p w14:paraId="7F5A32D8" w14:textId="77777777" w:rsidR="00E8221F" w:rsidRDefault="00E82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6198919">
    <w:abstractNumId w:val="8"/>
  </w:num>
  <w:num w:numId="2" w16cid:durableId="2064058286">
    <w:abstractNumId w:val="6"/>
  </w:num>
  <w:num w:numId="3" w16cid:durableId="1656909457">
    <w:abstractNumId w:val="5"/>
  </w:num>
  <w:num w:numId="4" w16cid:durableId="992950633">
    <w:abstractNumId w:val="4"/>
  </w:num>
  <w:num w:numId="5" w16cid:durableId="65536115">
    <w:abstractNumId w:val="7"/>
  </w:num>
  <w:num w:numId="6" w16cid:durableId="539510585">
    <w:abstractNumId w:val="3"/>
  </w:num>
  <w:num w:numId="7" w16cid:durableId="1760054166">
    <w:abstractNumId w:val="2"/>
  </w:num>
  <w:num w:numId="8" w16cid:durableId="1049570539">
    <w:abstractNumId w:val="1"/>
  </w:num>
  <w:num w:numId="9" w16cid:durableId="907300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1A90"/>
    <w:rsid w:val="00326F90"/>
    <w:rsid w:val="004B6E62"/>
    <w:rsid w:val="0052186D"/>
    <w:rsid w:val="006D1922"/>
    <w:rsid w:val="00940DEB"/>
    <w:rsid w:val="00AA1D8D"/>
    <w:rsid w:val="00B47730"/>
    <w:rsid w:val="00CB0664"/>
    <w:rsid w:val="00E8221F"/>
    <w:rsid w:val="00E90B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EE17DBA"/>
  <w14:defaultImageDpi w14:val="300"/>
  <w15:docId w15:val="{95EB9CA8-65FF-443C-A91A-8D81003A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347" w:lineRule="auto"/>
    </w:pPr>
    <w:rPr>
      <w:rFonts w:ascii="微軟正黑體" w:eastAsia="微軟正黑體" w:hAnsi="微軟正黑體"/>
      <w:color w:val="1118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林 東</cp:lastModifiedBy>
  <cp:revision>3</cp:revision>
  <dcterms:created xsi:type="dcterms:W3CDTF">2013-12-23T23:15:00Z</dcterms:created>
  <dcterms:modified xsi:type="dcterms:W3CDTF">2026-10-09T07:42:00Z</dcterms:modified>
  <cp:category/>
</cp:coreProperties>
</file>