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C04E" w14:textId="77777777" w:rsidR="00D05721" w:rsidRDefault="00000000">
      <w:pPr>
        <w:spacing w:after="60" w:line="312" w:lineRule="auto"/>
        <w:jc w:val="center"/>
        <w:rPr>
          <w:lang w:eastAsia="zh-TW"/>
        </w:rPr>
      </w:pPr>
      <w:r>
        <w:rPr>
          <w:sz w:val="30"/>
          <w:lang w:eastAsia="zh-TW"/>
        </w:rPr>
        <w:t>香港東林淨土學院</w:t>
      </w:r>
    </w:p>
    <w:p w14:paraId="7B1D4EE4" w14:textId="77777777" w:rsidR="00D05721" w:rsidRDefault="00000000">
      <w:pPr>
        <w:pStyle w:val="1"/>
        <w:spacing w:before="0" w:after="108" w:line="312" w:lineRule="auto"/>
        <w:jc w:val="center"/>
        <w:rPr>
          <w:lang w:eastAsia="zh-TW"/>
        </w:rPr>
      </w:pPr>
      <w:r>
        <w:rPr>
          <w:rFonts w:ascii="微軟正黑體" w:hAnsi="微軟正黑體"/>
          <w:b w:val="0"/>
          <w:color w:val="111827"/>
          <w:sz w:val="36"/>
          <w:lang w:eastAsia="zh-TW"/>
        </w:rPr>
        <w:t>課堂缺席請假申請表</w:t>
      </w:r>
    </w:p>
    <w:p w14:paraId="2E6889E0" w14:textId="77777777" w:rsidR="00D05721" w:rsidRDefault="00000000">
      <w:pPr>
        <w:spacing w:after="324" w:line="408" w:lineRule="auto"/>
        <w:jc w:val="center"/>
        <w:rPr>
          <w:lang w:eastAsia="zh-TW"/>
        </w:rPr>
      </w:pPr>
      <w:r>
        <w:rPr>
          <w:color w:val="6B7280"/>
          <w:sz w:val="18"/>
          <w:lang w:eastAsia="zh-TW"/>
        </w:rPr>
        <w:t>表單編號：Form1_V1</w:t>
      </w:r>
    </w:p>
    <w:p w14:paraId="7B7E1264" w14:textId="77777777" w:rsidR="00D05721" w:rsidRDefault="00000000">
      <w:pPr>
        <w:pStyle w:val="21"/>
        <w:pBdr>
          <w:bottom w:val="single" w:sz="12" w:space="3" w:color="2563EB"/>
        </w:pBdr>
        <w:spacing w:before="540" w:after="180" w:line="312" w:lineRule="auto"/>
      </w:pPr>
      <w:proofErr w:type="spellStart"/>
      <w:r>
        <w:rPr>
          <w:rFonts w:ascii="微軟正黑體" w:hAnsi="微軟正黑體"/>
          <w:b w:val="0"/>
          <w:color w:val="111827"/>
          <w:sz w:val="30"/>
        </w:rPr>
        <w:t>請假資料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2980"/>
        <w:gridCol w:w="1676"/>
        <w:gridCol w:w="2980"/>
      </w:tblGrid>
      <w:tr w:rsidR="00D05721" w14:paraId="09FCF72A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E947320" w14:textId="77777777" w:rsidR="00D05721" w:rsidRDefault="00000000">
            <w:pPr>
              <w:spacing w:before="77" w:after="77" w:line="240" w:lineRule="auto"/>
            </w:pPr>
            <w:proofErr w:type="spellStart"/>
            <w:r>
              <w:t>學生姓名</w:t>
            </w:r>
            <w:proofErr w:type="spellEnd"/>
          </w:p>
        </w:tc>
        <w:tc>
          <w:tcPr>
            <w:tcW w:w="1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0116294" w14:textId="77777777" w:rsidR="00D05721" w:rsidRDefault="00000000">
            <w:pPr>
              <w:spacing w:before="77" w:after="77" w:line="240" w:lineRule="auto"/>
            </w:pPr>
            <w:bookmarkStart w:id="0" w:name="學生姓名_01"/>
            <w:r>
              <w:t> </w:t>
            </w:r>
            <w:bookmarkEnd w:id="0"/>
          </w:p>
        </w:tc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5FF73FA" w14:textId="77777777" w:rsidR="00D05721" w:rsidRDefault="00000000">
            <w:pPr>
              <w:spacing w:before="77" w:after="77" w:line="240" w:lineRule="auto"/>
            </w:pPr>
            <w:r>
              <w:t>學號</w:t>
            </w:r>
          </w:p>
        </w:tc>
        <w:tc>
          <w:tcPr>
            <w:tcW w:w="1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410F7BE" w14:textId="77777777" w:rsidR="00D05721" w:rsidRDefault="00000000">
            <w:pPr>
              <w:spacing w:before="77" w:after="77" w:line="240" w:lineRule="auto"/>
            </w:pPr>
            <w:bookmarkStart w:id="1" w:name="學號_01"/>
            <w:r>
              <w:t> </w:t>
            </w:r>
            <w:bookmarkEnd w:id="1"/>
          </w:p>
        </w:tc>
      </w:tr>
      <w:tr w:rsidR="00D05721" w14:paraId="1CC73B7B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8A2B024" w14:textId="77777777" w:rsidR="00D05721" w:rsidRDefault="00000000">
            <w:pPr>
              <w:spacing w:before="77" w:after="77" w:line="240" w:lineRule="auto"/>
            </w:pPr>
            <w:r>
              <w:t>就讀學年 / 學期</w:t>
            </w:r>
          </w:p>
        </w:tc>
        <w:tc>
          <w:tcPr>
            <w:tcW w:w="1600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44C4386" w14:textId="77777777" w:rsidR="00D05721" w:rsidRDefault="00000000">
            <w:pPr>
              <w:spacing w:before="77" w:after="77" w:line="240" w:lineRule="auto"/>
            </w:pPr>
            <w:bookmarkStart w:id="2" w:name="就讀學年_/_學期_01"/>
            <w:r>
              <w:t> </w:t>
            </w:r>
            <w:bookmarkEnd w:id="2"/>
          </w:p>
        </w:tc>
      </w:tr>
      <w:tr w:rsidR="00D05721" w14:paraId="630E8406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241A252" w14:textId="77777777" w:rsidR="00D05721" w:rsidRDefault="00000000">
            <w:pPr>
              <w:spacing w:before="77" w:after="77" w:line="240" w:lineRule="auto"/>
            </w:pPr>
            <w:r>
              <w:t>請假課程名稱</w:t>
            </w:r>
          </w:p>
        </w:tc>
        <w:tc>
          <w:tcPr>
            <w:tcW w:w="1600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AFCE5F3" w14:textId="77777777" w:rsidR="00D05721" w:rsidRDefault="00000000">
            <w:pPr>
              <w:spacing w:before="77" w:after="77" w:line="240" w:lineRule="auto"/>
            </w:pPr>
            <w:bookmarkStart w:id="3" w:name="請假課程名稱_01"/>
            <w:r>
              <w:t> </w:t>
            </w:r>
            <w:bookmarkEnd w:id="3"/>
          </w:p>
        </w:tc>
      </w:tr>
      <w:tr w:rsidR="00D05721" w14:paraId="11014D8A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EEBD7D6" w14:textId="77777777" w:rsidR="00D05721" w:rsidRDefault="00000000">
            <w:pPr>
              <w:spacing w:before="77" w:after="77" w:line="240" w:lineRule="auto"/>
            </w:pPr>
            <w:r>
              <w:t>請假對應課次日期</w:t>
            </w:r>
          </w:p>
        </w:tc>
        <w:tc>
          <w:tcPr>
            <w:tcW w:w="1600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8C3F7AB" w14:textId="77777777" w:rsidR="00D05721" w:rsidRDefault="00000000">
            <w:pPr>
              <w:spacing w:before="77" w:after="77" w:line="240" w:lineRule="auto"/>
            </w:pPr>
            <w:r>
              <w:t>         年          月          日</w:t>
            </w:r>
          </w:p>
        </w:tc>
      </w:tr>
      <w:tr w:rsidR="00D05721" w14:paraId="7362A0F3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A0868B1" w14:textId="77777777" w:rsidR="00D05721" w:rsidRDefault="00000000">
            <w:pPr>
              <w:spacing w:before="77" w:after="77" w:line="240" w:lineRule="auto"/>
            </w:pPr>
            <w:r>
              <w:t>請假性質</w:t>
            </w:r>
          </w:p>
        </w:tc>
        <w:tc>
          <w:tcPr>
            <w:tcW w:w="1600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FA54C08" w14:textId="77777777" w:rsidR="00D05721" w:rsidRDefault="00000000">
            <w:pPr>
              <w:spacing w:before="77" w:after="77" w:line="240" w:lineRule="auto"/>
              <w:rPr>
                <w:lang w:eastAsia="zh-TW"/>
              </w:rPr>
            </w:pPr>
            <w:r>
              <w:rPr>
                <w:lang w:eastAsia="zh-TW"/>
              </w:rPr>
              <w:t>□  病假　　 □  家庭突發事件　　 □  其他：</w:t>
            </w:r>
          </w:p>
        </w:tc>
      </w:tr>
    </w:tbl>
    <w:p w14:paraId="29C58683" w14:textId="77777777" w:rsidR="00D05721" w:rsidRDefault="00000000">
      <w:pPr>
        <w:spacing w:before="110" w:after="66" w:line="408" w:lineRule="auto"/>
        <w:rPr>
          <w:lang w:eastAsia="zh-TW"/>
        </w:rPr>
      </w:pPr>
      <w:r>
        <w:rPr>
          <w:lang w:eastAsia="zh-TW"/>
        </w:rPr>
        <w:t>申請理由（詳細填寫）：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7636"/>
      </w:tblGrid>
      <w:tr w:rsidR="00D05721" w14:paraId="5D61E9FC" w14:textId="77777777">
        <w:trPr>
          <w:trHeight w:val="1600"/>
        </w:trPr>
        <w:tc>
          <w:tcPr>
            <w:tcW w:w="8640" w:type="dxa"/>
            <w:gridSpan w:val="2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9C6095D" w14:textId="77777777" w:rsidR="00D05721" w:rsidRDefault="00D05721">
            <w:pPr>
              <w:spacing w:before="77" w:after="77" w:line="240" w:lineRule="auto"/>
              <w:rPr>
                <w:lang w:eastAsia="zh-TW"/>
              </w:rPr>
            </w:pPr>
          </w:p>
        </w:tc>
      </w:tr>
      <w:tr w:rsidR="00D05721" w14:paraId="059F5194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05A410A" w14:textId="77777777" w:rsidR="00D05721" w:rsidRDefault="00000000">
            <w:pPr>
              <w:spacing w:before="77" w:after="77" w:line="240" w:lineRule="auto"/>
            </w:pPr>
            <w:proofErr w:type="spellStart"/>
            <w:r>
              <w:t>佐證文件</w:t>
            </w:r>
            <w:proofErr w:type="spellEnd"/>
          </w:p>
        </w:tc>
        <w:tc>
          <w:tcPr>
            <w:tcW w:w="41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17DE3F6" w14:textId="77777777" w:rsidR="00D05721" w:rsidRDefault="00000000">
            <w:pPr>
              <w:spacing w:before="77" w:after="77" w:line="240" w:lineRule="auto"/>
              <w:rPr>
                <w:lang w:eastAsia="zh-TW"/>
              </w:rPr>
            </w:pPr>
            <w:r>
              <w:rPr>
                <w:lang w:eastAsia="zh-TW"/>
              </w:rPr>
              <w:t>□  醫療證明　　 □  其他證明（列明）：</w:t>
            </w:r>
          </w:p>
        </w:tc>
      </w:tr>
    </w:tbl>
    <w:p w14:paraId="4C093BF5" w14:textId="77777777" w:rsidR="00D05721" w:rsidRDefault="00D05721">
      <w:pPr>
        <w:rPr>
          <w:lang w:eastAsia="zh-TW"/>
        </w:rPr>
      </w:pPr>
    </w:p>
    <w:p w14:paraId="194E11C1" w14:textId="77777777" w:rsidR="00D05721" w:rsidRDefault="00000000">
      <w:pPr>
        <w:pStyle w:val="31"/>
        <w:spacing w:before="260" w:after="104" w:line="312" w:lineRule="auto"/>
      </w:pPr>
      <w:proofErr w:type="spellStart"/>
      <w:r>
        <w:rPr>
          <w:rFonts w:ascii="微軟正黑體" w:hAnsi="微軟正黑體"/>
          <w:b w:val="0"/>
          <w:color w:val="111827"/>
          <w:sz w:val="26"/>
        </w:rPr>
        <w:t>備註</w:t>
      </w:r>
      <w:proofErr w:type="spellEnd"/>
    </w:p>
    <w:p w14:paraId="630BD43B" w14:textId="77777777" w:rsidR="00D05721" w:rsidRPr="00B24BEB" w:rsidRDefault="00000000">
      <w:pPr>
        <w:spacing w:after="77" w:line="408" w:lineRule="auto"/>
        <w:rPr>
          <w:sz w:val="20"/>
          <w:szCs w:val="20"/>
          <w:lang w:eastAsia="zh-TW"/>
        </w:rPr>
      </w:pPr>
      <w:r w:rsidRPr="00B24BEB">
        <w:rPr>
          <w:sz w:val="20"/>
          <w:szCs w:val="20"/>
          <w:lang w:eastAsia="zh-TW"/>
        </w:rPr>
        <w:t>1. 本表用於單次/數次課程缺席請假。</w:t>
      </w:r>
    </w:p>
    <w:p w14:paraId="57D9C156" w14:textId="77777777" w:rsidR="00D05721" w:rsidRPr="00B24BEB" w:rsidRDefault="00000000">
      <w:pPr>
        <w:spacing w:after="77" w:line="408" w:lineRule="auto"/>
        <w:rPr>
          <w:sz w:val="20"/>
          <w:szCs w:val="20"/>
          <w:lang w:eastAsia="zh-TW"/>
        </w:rPr>
      </w:pPr>
      <w:r w:rsidRPr="00B24BEB">
        <w:rPr>
          <w:sz w:val="20"/>
          <w:szCs w:val="20"/>
          <w:lang w:eastAsia="zh-TW"/>
        </w:rPr>
        <w:t>2. 未經本表正式審批的缺席，一律記作曠課。連續六週無正當理由全部課程缺席視為非正式退學。</w:t>
      </w:r>
    </w:p>
    <w:p w14:paraId="57DADB47" w14:textId="77777777" w:rsidR="00D05721" w:rsidRPr="00B24BEB" w:rsidRDefault="00000000">
      <w:pPr>
        <w:spacing w:after="77" w:line="408" w:lineRule="auto"/>
        <w:rPr>
          <w:sz w:val="20"/>
          <w:szCs w:val="20"/>
        </w:rPr>
      </w:pPr>
      <w:r w:rsidRPr="00B24BEB">
        <w:rPr>
          <w:sz w:val="20"/>
          <w:szCs w:val="20"/>
        </w:rPr>
        <w:t>3. 請下載本申請表，填寫後清晰掃描，用電郵發到本院教務處：institute@tunglumpl.org。</w:t>
      </w:r>
    </w:p>
    <w:p w14:paraId="021B273C" w14:textId="77777777" w:rsidR="00D05721" w:rsidRPr="00B24BEB" w:rsidRDefault="00000000">
      <w:pPr>
        <w:spacing w:after="77" w:line="408" w:lineRule="auto"/>
        <w:rPr>
          <w:sz w:val="20"/>
          <w:szCs w:val="20"/>
          <w:lang w:eastAsia="zh-TW"/>
        </w:rPr>
      </w:pPr>
      <w:r w:rsidRPr="00B24BEB">
        <w:rPr>
          <w:sz w:val="20"/>
          <w:szCs w:val="20"/>
          <w:lang w:eastAsia="zh-TW"/>
        </w:rPr>
        <w:lastRenderedPageBreak/>
        <w:t>4. 學院審批完畢，申請表掃描件存入學生個人檔案。</w:t>
      </w:r>
    </w:p>
    <w:tbl>
      <w:tblPr>
        <w:tblW w:w="3479" w:type="pct"/>
        <w:jc w:val="center"/>
        <w:tblLook w:val="04A0" w:firstRow="1" w:lastRow="0" w:firstColumn="1" w:lastColumn="0" w:noHBand="0" w:noVBand="1"/>
      </w:tblPr>
      <w:tblGrid>
        <w:gridCol w:w="1130"/>
        <w:gridCol w:w="1778"/>
        <w:gridCol w:w="1136"/>
        <w:gridCol w:w="2502"/>
      </w:tblGrid>
      <w:tr w:rsidR="00B24BEB" w14:paraId="77E7E941" w14:textId="0FFF77D6" w:rsidTr="00B24BEB">
        <w:trPr>
          <w:jc w:val="center"/>
        </w:trPr>
        <w:tc>
          <w:tcPr>
            <w:tcW w:w="6547" w:type="dxa"/>
            <w:gridSpan w:val="4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A508D5" w14:textId="5DF630FB" w:rsidR="00B24BEB" w:rsidRDefault="00B24BEB">
            <w:pPr>
              <w:spacing w:before="77" w:after="77" w:line="240" w:lineRule="auto"/>
              <w:rPr>
                <w:lang w:eastAsia="zh-TW"/>
              </w:rPr>
            </w:pPr>
            <w:r>
              <w:rPr>
                <w:lang w:eastAsia="zh-TW"/>
              </w:rPr>
              <w:t>申請人聲明：本人確認本申請所填寫資料全部真實。</w:t>
            </w:r>
          </w:p>
        </w:tc>
      </w:tr>
      <w:tr w:rsidR="00B24BEB" w14:paraId="3245E716" w14:textId="77777777" w:rsidTr="00B24BEB">
        <w:trPr>
          <w:jc w:val="center"/>
        </w:trPr>
        <w:tc>
          <w:tcPr>
            <w:tcW w:w="1131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6EC59C1" w14:textId="77777777" w:rsidR="00B24BEB" w:rsidRDefault="00B24BEB">
            <w:pPr>
              <w:spacing w:before="77" w:after="77" w:line="240" w:lineRule="auto"/>
            </w:pPr>
            <w:proofErr w:type="spellStart"/>
            <w:r>
              <w:t>學生簽名</w:t>
            </w:r>
            <w:proofErr w:type="spellEnd"/>
          </w:p>
        </w:tc>
        <w:tc>
          <w:tcPr>
            <w:tcW w:w="1778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43BED66" w14:textId="77777777" w:rsidR="00B24BEB" w:rsidRDefault="00B24BEB">
            <w:pPr>
              <w:spacing w:before="77" w:after="77" w:line="240" w:lineRule="auto"/>
            </w:pPr>
            <w:bookmarkStart w:id="4" w:name="學生簽名_01"/>
            <w:r>
              <w:t> </w:t>
            </w:r>
            <w:bookmarkEnd w:id="4"/>
          </w:p>
        </w:tc>
        <w:tc>
          <w:tcPr>
            <w:tcW w:w="113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A0F22F2" w14:textId="77777777" w:rsidR="00B24BEB" w:rsidRDefault="00B24BEB">
            <w:pPr>
              <w:spacing w:before="77" w:after="77" w:line="240" w:lineRule="auto"/>
            </w:pPr>
            <w:r>
              <w:t>日期</w:t>
            </w:r>
          </w:p>
        </w:tc>
        <w:tc>
          <w:tcPr>
            <w:tcW w:w="250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</w:tcPr>
          <w:p w14:paraId="79F4A244" w14:textId="77777777" w:rsidR="00B24BEB" w:rsidRDefault="00B24BEB">
            <w:pPr>
              <w:spacing w:before="77" w:after="77" w:line="240" w:lineRule="auto"/>
            </w:pPr>
          </w:p>
        </w:tc>
      </w:tr>
    </w:tbl>
    <w:p w14:paraId="3EBEFB8E" w14:textId="77777777" w:rsidR="00D05721" w:rsidRDefault="00D05721"/>
    <w:p w14:paraId="3FC548C8" w14:textId="77777777" w:rsidR="00D05721" w:rsidRDefault="00000000">
      <w:pPr>
        <w:spacing w:before="270" w:after="90" w:line="408" w:lineRule="auto"/>
        <w:jc w:val="center"/>
        <w:rPr>
          <w:lang w:eastAsia="zh-TW"/>
        </w:rPr>
      </w:pPr>
      <w:r>
        <w:rPr>
          <w:color w:val="6B7280"/>
          <w:sz w:val="18"/>
          <w:lang w:eastAsia="zh-TW"/>
        </w:rPr>
        <w:t>——————【內部審批流程，學生不用填寫】——————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2546"/>
        <w:gridCol w:w="2546"/>
        <w:gridCol w:w="2544"/>
      </w:tblGrid>
      <w:tr w:rsidR="00D05721" w14:paraId="514C010C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E860477" w14:textId="77777777" w:rsidR="00D05721" w:rsidRDefault="00000000">
            <w:pPr>
              <w:spacing w:before="77" w:after="77" w:line="240" w:lineRule="auto"/>
            </w:pPr>
            <w:proofErr w:type="spellStart"/>
            <w:r>
              <w:t>教務處覆核</w:t>
            </w:r>
            <w:proofErr w:type="spellEnd"/>
          </w:p>
        </w:tc>
        <w:tc>
          <w:tcPr>
            <w:tcW w:w="1367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665FA9C" w14:textId="77777777" w:rsidR="00D05721" w:rsidRDefault="00000000">
            <w:pPr>
              <w:spacing w:before="77" w:after="77" w:line="240" w:lineRule="auto"/>
            </w:pPr>
            <w:r>
              <w:t>□  同意　　 □  不同意</w:t>
            </w:r>
          </w:p>
        </w:tc>
      </w:tr>
      <w:tr w:rsidR="00D05721" w14:paraId="51CCE322" w14:textId="77777777">
        <w:trPr>
          <w:trHeight w:val="1000"/>
        </w:trPr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BD1030C" w14:textId="77777777" w:rsidR="00D05721" w:rsidRDefault="00000000">
            <w:pPr>
              <w:spacing w:before="77" w:after="77" w:line="240" w:lineRule="auto"/>
            </w:pPr>
            <w:r>
              <w:t>覆核意見</w:t>
            </w:r>
          </w:p>
        </w:tc>
        <w:tc>
          <w:tcPr>
            <w:tcW w:w="1367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C6ECD75" w14:textId="77777777" w:rsidR="00D05721" w:rsidRDefault="00000000">
            <w:pPr>
              <w:spacing w:before="77" w:after="77" w:line="240" w:lineRule="auto"/>
            </w:pPr>
            <w:bookmarkStart w:id="5" w:name="覆核意見_01"/>
            <w:r>
              <w:t> </w:t>
            </w:r>
            <w:bookmarkEnd w:id="5"/>
          </w:p>
        </w:tc>
      </w:tr>
      <w:tr w:rsidR="00D05721" w14:paraId="6072D3BE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C328331" w14:textId="77777777" w:rsidR="00D05721" w:rsidRDefault="00000000">
            <w:pPr>
              <w:spacing w:before="77" w:after="77" w:line="240" w:lineRule="auto"/>
            </w:pPr>
            <w:r>
              <w:t>教務處簽名</w:t>
            </w:r>
          </w:p>
        </w:tc>
        <w:tc>
          <w:tcPr>
            <w:tcW w:w="1367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8DFC198" w14:textId="77777777" w:rsidR="00D05721" w:rsidRDefault="00000000">
            <w:pPr>
              <w:spacing w:before="77" w:after="77" w:line="240" w:lineRule="auto"/>
            </w:pPr>
            <w:bookmarkStart w:id="6" w:name="教務處簽名_01"/>
            <w:r>
              <w:t> </w:t>
            </w:r>
            <w:bookmarkEnd w:id="6"/>
          </w:p>
        </w:tc>
        <w:tc>
          <w:tcPr>
            <w:tcW w:w="1367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B12D968" w14:textId="77777777" w:rsidR="00D05721" w:rsidRDefault="00000000">
            <w:pPr>
              <w:spacing w:before="77" w:after="77" w:line="240" w:lineRule="auto"/>
            </w:pPr>
            <w:r>
              <w:t>日期</w:t>
            </w:r>
          </w:p>
        </w:tc>
        <w:tc>
          <w:tcPr>
            <w:tcW w:w="1367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D2B47EA" w14:textId="77777777" w:rsidR="00D05721" w:rsidRDefault="00000000">
            <w:pPr>
              <w:spacing w:before="77" w:after="77" w:line="240" w:lineRule="auto"/>
            </w:pPr>
            <w:bookmarkStart w:id="7" w:name="日期_02"/>
            <w:r>
              <w:t> </w:t>
            </w:r>
            <w:bookmarkEnd w:id="7"/>
          </w:p>
        </w:tc>
      </w:tr>
    </w:tbl>
    <w:p w14:paraId="303203E7" w14:textId="77777777" w:rsidR="00D05721" w:rsidRDefault="00D05721"/>
    <w:sectPr w:rsidR="00D05721" w:rsidSect="00034616">
      <w:footerReference w:type="default" r:id="rId8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9B965" w14:textId="77777777" w:rsidR="003A4481" w:rsidRDefault="003A4481">
      <w:pPr>
        <w:spacing w:after="0" w:line="240" w:lineRule="auto"/>
      </w:pPr>
      <w:r>
        <w:separator/>
      </w:r>
    </w:p>
  </w:endnote>
  <w:endnote w:type="continuationSeparator" w:id="0">
    <w:p w14:paraId="5FD6901D" w14:textId="77777777" w:rsidR="003A4481" w:rsidRDefault="003A4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0"/>
    <w:family w:val="auto"/>
    <w:pitch w:val="variable"/>
    <w:sig w:usb0="800000EB" w:usb1="380160EA" w:usb2="144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244D" w14:textId="77777777" w:rsidR="00D05721" w:rsidRDefault="00000000">
    <w:pPr>
      <w:pStyle w:val="a7"/>
      <w:tabs>
        <w:tab w:val="center" w:pos="4536"/>
        <w:tab w:val="right" w:pos="9072"/>
      </w:tabs>
    </w:pPr>
    <w:r>
      <w:tab/>
    </w:r>
    <w:r>
      <w:fldChar w:fldCharType="begin"/>
    </w:r>
    <w:r>
      <w:instrText>PAGE</w:instrText>
    </w:r>
    <w:r>
      <w:fldChar w:fldCharType="separate"/>
    </w:r>
    <w:r w:rsidR="00B24BEB">
      <w:rPr>
        <w:noProof/>
      </w:rPr>
      <w:t>12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02195" w14:textId="77777777" w:rsidR="003A4481" w:rsidRDefault="003A4481">
      <w:pPr>
        <w:spacing w:after="0" w:line="240" w:lineRule="auto"/>
      </w:pPr>
      <w:r>
        <w:separator/>
      </w:r>
    </w:p>
  </w:footnote>
  <w:footnote w:type="continuationSeparator" w:id="0">
    <w:p w14:paraId="54A93AB8" w14:textId="77777777" w:rsidR="003A4481" w:rsidRDefault="003A4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7614788">
    <w:abstractNumId w:val="8"/>
  </w:num>
  <w:num w:numId="2" w16cid:durableId="1265914980">
    <w:abstractNumId w:val="6"/>
  </w:num>
  <w:num w:numId="3" w16cid:durableId="1579166368">
    <w:abstractNumId w:val="5"/>
  </w:num>
  <w:num w:numId="4" w16cid:durableId="100344921">
    <w:abstractNumId w:val="4"/>
  </w:num>
  <w:num w:numId="5" w16cid:durableId="666982850">
    <w:abstractNumId w:val="7"/>
  </w:num>
  <w:num w:numId="6" w16cid:durableId="1662342565">
    <w:abstractNumId w:val="3"/>
  </w:num>
  <w:num w:numId="7" w16cid:durableId="816995425">
    <w:abstractNumId w:val="2"/>
  </w:num>
  <w:num w:numId="8" w16cid:durableId="210578485">
    <w:abstractNumId w:val="1"/>
  </w:num>
  <w:num w:numId="9" w16cid:durableId="180033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481"/>
    <w:rsid w:val="004B6E62"/>
    <w:rsid w:val="00AA1D8D"/>
    <w:rsid w:val="00B24BEB"/>
    <w:rsid w:val="00B47730"/>
    <w:rsid w:val="00CB0664"/>
    <w:rsid w:val="00D057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E340DFC"/>
  <w14:defaultImageDpi w14:val="300"/>
  <w15:docId w15:val="{95EB9CA8-65FF-443C-A91A-8D81003A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347" w:lineRule="auto"/>
    </w:pPr>
    <w:rPr>
      <w:rFonts w:ascii="微軟正黑體" w:eastAsia="微軟正黑體" w:hAnsi="微軟正黑體"/>
      <w:color w:val="1118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林 東</cp:lastModifiedBy>
  <cp:revision>2</cp:revision>
  <dcterms:created xsi:type="dcterms:W3CDTF">2013-12-23T23:15:00Z</dcterms:created>
  <dcterms:modified xsi:type="dcterms:W3CDTF">2026-10-09T03:55:00Z</dcterms:modified>
  <cp:category/>
</cp:coreProperties>
</file>